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50"/>
        <w:gridCol w:w="9306"/>
      </w:tblGrid>
      <w:tr w:rsidR="00CA3F78" w14:paraId="547FEE5D" w14:textId="77777777" w:rsidTr="002F3ACB">
        <w:trPr>
          <w:cantSplit/>
          <w:jc w:val="center"/>
        </w:trPr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C220ED" w14:textId="67C699F2" w:rsidR="00CA3F78" w:rsidRDefault="002F3ACB" w:rsidP="58CC8688">
            <w:pPr>
              <w:jc w:val="center"/>
              <w:rPr>
                <w:rFonts w:ascii="Georgia" w:hAnsi="Georgi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noProof/>
                <w:color w:val="FFFFFF" w:themeColor="background1"/>
                <w:sz w:val="20"/>
                <w:szCs w:val="20"/>
              </w:rPr>
              <w:drawing>
                <wp:inline distT="0" distB="0" distL="0" distR="0" wp14:anchorId="490CBEAB" wp14:editId="34BCD229">
                  <wp:extent cx="1086150" cy="839297"/>
                  <wp:effectExtent l="0" t="0" r="0" b="0"/>
                  <wp:docPr id="8397491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749176" name="Picture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442" cy="840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06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DD16EA" w14:textId="60008A8B" w:rsidR="00CA3F78" w:rsidRDefault="001C7942">
            <w:r>
              <w:rPr>
                <w:rFonts w:ascii="Georgia" w:hAnsi="Georgia"/>
                <w:b/>
                <w:color w:val="00528C"/>
                <w:sz w:val="44"/>
              </w:rPr>
              <w:t>NYRA SILKS REGISTRATION</w:t>
            </w:r>
            <w:r>
              <w:rPr>
                <w:sz w:val="18"/>
              </w:rPr>
              <w:br/>
            </w:r>
            <w:r w:rsidR="00E7143C">
              <w:rPr>
                <w:sz w:val="18"/>
              </w:rPr>
              <w:t xml:space="preserve">2150 Hempstead Turnpike, Elmont NY. 11003. </w:t>
            </w:r>
            <w:r>
              <w:rPr>
                <w:sz w:val="18"/>
              </w:rPr>
              <w:br/>
              <w:t>Phone: 718.641.4100</w:t>
            </w:r>
            <w:r w:rsidR="00E7143C">
              <w:rPr>
                <w:sz w:val="18"/>
              </w:rPr>
              <w:t>. Ext 4443.</w:t>
            </w:r>
          </w:p>
        </w:tc>
      </w:tr>
    </w:tbl>
    <w:p w14:paraId="53737959" w14:textId="77777777" w:rsidR="00CA3F78" w:rsidRPr="002F3ACB" w:rsidRDefault="00000000">
      <w:pPr>
        <w:spacing w:before="120"/>
        <w:jc w:val="center"/>
        <w:rPr>
          <w:rFonts w:ascii="Arial" w:hAnsi="Arial" w:cs="Arial"/>
        </w:rPr>
      </w:pPr>
      <w:r w:rsidRPr="002F3ACB">
        <w:rPr>
          <w:rFonts w:ascii="Arial" w:hAnsi="Arial" w:cs="Arial"/>
          <w:b/>
          <w:sz w:val="38"/>
        </w:rPr>
        <w:t>SILKS REGISTRATION FORM</w:t>
      </w:r>
    </w:p>
    <w:tbl>
      <w:tblPr>
        <w:tblW w:w="0" w:type="auto"/>
        <w:jc w:val="center"/>
        <w:tblBorders>
          <w:top w:val="single" w:sz="6" w:space="0" w:color="9FB2BE"/>
          <w:left w:val="single" w:sz="6" w:space="0" w:color="9FB2BE"/>
          <w:bottom w:val="single" w:sz="6" w:space="0" w:color="9FB2BE"/>
          <w:right w:val="single" w:sz="6" w:space="0" w:color="9FB2BE"/>
          <w:insideH w:val="single" w:sz="6" w:space="0" w:color="9FB2BE"/>
          <w:insideV w:val="single" w:sz="6" w:space="0" w:color="9FB2BE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A3F78" w:rsidRPr="002F3ACB" w14:paraId="318E9463" w14:textId="77777777">
        <w:trPr>
          <w:cantSplit/>
          <w:jc w:val="center"/>
        </w:trPr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124A84" w14:textId="69ECCC5D" w:rsidR="00CA3F78" w:rsidRPr="002F3ACB" w:rsidRDefault="00000000">
            <w:pPr>
              <w:rPr>
                <w:rFonts w:ascii="Arial" w:hAnsi="Arial" w:cs="Arial"/>
              </w:rPr>
            </w:pPr>
            <w:r w:rsidRPr="002F3ACB">
              <w:rPr>
                <w:rFonts w:ascii="Arial" w:hAnsi="Arial" w:cs="Arial"/>
                <w:b/>
              </w:rPr>
              <w:t>Please provide photo, silks maker proof, or AI rendering of front and back of silks</w:t>
            </w:r>
            <w:r w:rsidR="002F3ACB" w:rsidRPr="002F3ACB">
              <w:rPr>
                <w:rFonts w:ascii="Arial" w:hAnsi="Arial" w:cs="Arial"/>
                <w:b/>
              </w:rPr>
              <w:t>.</w:t>
            </w:r>
            <w:r w:rsidR="003908F7">
              <w:rPr>
                <w:rFonts w:ascii="Arial" w:hAnsi="Arial" w:cs="Arial"/>
                <w:b/>
              </w:rPr>
              <w:t xml:space="preserve"> No fee required.</w:t>
            </w:r>
          </w:p>
        </w:tc>
        <w:tc>
          <w:tcPr>
            <w:tcW w:w="53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5DC1EC" w14:textId="77777777" w:rsidR="00CA3F78" w:rsidRPr="002F3ACB" w:rsidRDefault="00000000">
            <w:pPr>
              <w:rPr>
                <w:rFonts w:ascii="Arial" w:hAnsi="Arial" w:cs="Arial"/>
              </w:rPr>
            </w:pPr>
            <w:r w:rsidRPr="009B1CC5">
              <w:rPr>
                <w:rFonts w:ascii="Arial" w:hAnsi="Arial" w:cs="Arial"/>
                <w:b/>
                <w:bCs/>
              </w:rPr>
              <w:t>Date:</w:t>
            </w:r>
            <w:r w:rsidRPr="002F3ACB">
              <w:rPr>
                <w:rFonts w:ascii="Arial" w:hAnsi="Arial" w:cs="Arial"/>
              </w:rPr>
              <w:t xml:space="preserve">  __________________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CA3F78" w14:paraId="5E8662E2" w14:textId="77777777">
        <w:trPr>
          <w:cantSplit/>
          <w:jc w:val="center"/>
        </w:trPr>
        <w:tc>
          <w:tcPr>
            <w:tcW w:w="10656" w:type="dxa"/>
            <w:shd w:val="clear" w:color="auto" w:fill="00528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EE0FB4" w14:textId="3FCB85D3" w:rsidR="00CA3F78" w:rsidRPr="002F3ACB" w:rsidRDefault="00000000">
            <w:pPr>
              <w:jc w:val="center"/>
              <w:rPr>
                <w:rFonts w:ascii="Arial" w:hAnsi="Arial" w:cs="Arial"/>
              </w:rPr>
            </w:pPr>
            <w:r w:rsidRPr="002F3ACB">
              <w:rPr>
                <w:rFonts w:ascii="Arial" w:hAnsi="Arial" w:cs="Arial"/>
                <w:b/>
                <w:color w:val="FFFFFF"/>
                <w:sz w:val="20"/>
              </w:rPr>
              <w:t xml:space="preserve">PLEASE EMAIL </w:t>
            </w:r>
            <w:r w:rsidR="001C7942">
              <w:rPr>
                <w:rFonts w:ascii="Arial" w:hAnsi="Arial" w:cs="Arial"/>
                <w:b/>
                <w:color w:val="FFFFFF"/>
                <w:sz w:val="20"/>
              </w:rPr>
              <w:t>silks@nyrainc.com</w:t>
            </w:r>
          </w:p>
        </w:tc>
      </w:tr>
    </w:tbl>
    <w:p w14:paraId="0298EA55" w14:textId="2DABBC03" w:rsidR="00CA3F78" w:rsidRPr="002F3ACB" w:rsidRDefault="00000000">
      <w:pPr>
        <w:spacing w:before="140"/>
        <w:rPr>
          <w:rFonts w:ascii="Arial" w:hAnsi="Arial" w:cs="Arial"/>
        </w:rPr>
      </w:pPr>
      <w:r w:rsidRPr="002F3ACB">
        <w:rPr>
          <w:rFonts w:ascii="Arial" w:hAnsi="Arial" w:cs="Arial"/>
          <w:b/>
          <w:color w:val="00528C"/>
          <w:sz w:val="22"/>
        </w:rPr>
        <w:t>INSTRUCTIONS</w:t>
      </w:r>
      <w:r w:rsidR="003908F7">
        <w:rPr>
          <w:rFonts w:ascii="Arial" w:hAnsi="Arial" w:cs="Arial"/>
          <w:b/>
          <w:color w:val="00528C"/>
          <w:sz w:val="22"/>
        </w:rPr>
        <w:t xml:space="preserve"> </w:t>
      </w:r>
    </w:p>
    <w:tbl>
      <w:tblPr>
        <w:tblW w:w="0" w:type="auto"/>
        <w:jc w:val="center"/>
        <w:tblBorders>
          <w:top w:val="single" w:sz="6" w:space="0" w:color="BAD8EA"/>
          <w:left w:val="single" w:sz="6" w:space="0" w:color="BAD8EA"/>
          <w:bottom w:val="single" w:sz="6" w:space="0" w:color="BAD8EA"/>
          <w:right w:val="single" w:sz="6" w:space="0" w:color="BAD8EA"/>
          <w:insideH w:val="single" w:sz="6" w:space="0" w:color="BAD8EA"/>
          <w:insideV w:val="single" w:sz="6" w:space="0" w:color="BAD8EA"/>
        </w:tblBorders>
        <w:tblLook w:val="04A0" w:firstRow="1" w:lastRow="0" w:firstColumn="1" w:lastColumn="0" w:noHBand="0" w:noVBand="1"/>
      </w:tblPr>
      <w:tblGrid>
        <w:gridCol w:w="10656"/>
      </w:tblGrid>
      <w:tr w:rsidR="00CA3F78" w14:paraId="0D579D48" w14:textId="77777777" w:rsidTr="58CC8688">
        <w:trPr>
          <w:cantSplit/>
          <w:jc w:val="center"/>
        </w:trPr>
        <w:tc>
          <w:tcPr>
            <w:tcW w:w="10656" w:type="dxa"/>
            <w:shd w:val="clear" w:color="auto" w:fill="EAF3F8"/>
            <w:tcMar>
              <w:top w:w="105" w:type="dxa"/>
              <w:left w:w="140" w:type="dxa"/>
              <w:bottom w:w="105" w:type="dxa"/>
              <w:right w:w="140" w:type="dxa"/>
            </w:tcMar>
          </w:tcPr>
          <w:p w14:paraId="50C7D057" w14:textId="62FE6524" w:rsidR="00CA3F78" w:rsidRPr="002F3ACB" w:rsidRDefault="014839A4" w:rsidP="58CC8688">
            <w:pPr>
              <w:spacing w:after="60"/>
              <w:ind w:left="259" w:hanging="259"/>
              <w:rPr>
                <w:rFonts w:ascii="Arial" w:hAnsi="Arial" w:cs="Arial"/>
              </w:rPr>
            </w:pPr>
            <w:r w:rsidRPr="002F3ACB">
              <w:rPr>
                <w:rFonts w:ascii="Arial" w:hAnsi="Arial" w:cs="Arial"/>
                <w:sz w:val="18"/>
                <w:szCs w:val="18"/>
              </w:rPr>
              <w:t>• Colors must be registered in the name of one person only; NOT a stable name or Mr. &amp; Mrs. (example: Mary E. Jones).</w:t>
            </w:r>
          </w:p>
          <w:p w14:paraId="1ED61183" w14:textId="4A07D9BA" w:rsidR="00AB0CF9" w:rsidRPr="00AB0CF9" w:rsidRDefault="00AB0CF9" w:rsidP="00AB0CF9">
            <w:pPr>
              <w:tabs>
                <w:tab w:val="num" w:pos="720"/>
              </w:tabs>
              <w:spacing w:after="60"/>
              <w:ind w:left="259" w:hanging="259"/>
              <w:rPr>
                <w:rFonts w:ascii="Arial" w:hAnsi="Arial" w:cs="Arial"/>
                <w:sz w:val="18"/>
                <w:szCs w:val="18"/>
              </w:rPr>
            </w:pPr>
            <w:r w:rsidRPr="002F3ACB">
              <w:rPr>
                <w:rFonts w:ascii="Arial" w:hAnsi="Arial" w:cs="Arial"/>
                <w:sz w:val="18"/>
                <w:szCs w:val="18"/>
              </w:rPr>
              <w:t xml:space="preserve">• </w:t>
            </w:r>
            <w:r w:rsidRPr="00AB0CF9">
              <w:rPr>
                <w:rFonts w:ascii="Arial" w:hAnsi="Arial" w:cs="Arial"/>
                <w:sz w:val="18"/>
                <w:szCs w:val="18"/>
              </w:rPr>
              <w:t>Shall not have commercial significance (e.g., an advertisement for a business or service)</w:t>
            </w:r>
            <w:r>
              <w:rPr>
                <w:rFonts w:ascii="Arial" w:hAnsi="Arial" w:cs="Arial"/>
                <w:sz w:val="18"/>
                <w:szCs w:val="18"/>
              </w:rPr>
              <w:t xml:space="preserve"> or</w:t>
            </w:r>
            <w:r w:rsidRPr="00AB0CF9">
              <w:rPr>
                <w:rFonts w:ascii="Arial" w:hAnsi="Arial" w:cs="Arial"/>
                <w:sz w:val="18"/>
                <w:szCs w:val="18"/>
              </w:rPr>
              <w:t xml:space="preserve"> be offensive, disparaging, or inflammatory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6C97483" w14:textId="26B9127E" w:rsidR="00CA3F78" w:rsidRPr="001C7942" w:rsidRDefault="00000000" w:rsidP="001C7942">
            <w:pPr>
              <w:spacing w:after="60"/>
              <w:ind w:left="259" w:hanging="259"/>
              <w:rPr>
                <w:rFonts w:ascii="Arial" w:hAnsi="Arial" w:cs="Arial"/>
              </w:rPr>
            </w:pPr>
            <w:r w:rsidRPr="002F3ACB">
              <w:rPr>
                <w:rFonts w:ascii="Arial" w:hAnsi="Arial" w:cs="Arial"/>
                <w:sz w:val="18"/>
              </w:rPr>
              <w:t xml:space="preserve">• Registered silks descriptions inactive for more than </w:t>
            </w:r>
            <w:r w:rsidR="00AB0CF9">
              <w:rPr>
                <w:rFonts w:ascii="Arial" w:hAnsi="Arial" w:cs="Arial"/>
                <w:sz w:val="18"/>
              </w:rPr>
              <w:t>five (</w:t>
            </w:r>
            <w:r w:rsidRPr="002F3ACB">
              <w:rPr>
                <w:rFonts w:ascii="Arial" w:hAnsi="Arial" w:cs="Arial"/>
                <w:sz w:val="18"/>
              </w:rPr>
              <w:t>5</w:t>
            </w:r>
            <w:r w:rsidR="00AB0CF9">
              <w:rPr>
                <w:rFonts w:ascii="Arial" w:hAnsi="Arial" w:cs="Arial"/>
                <w:sz w:val="18"/>
              </w:rPr>
              <w:t>)</w:t>
            </w:r>
            <w:r w:rsidRPr="002F3ACB">
              <w:rPr>
                <w:rFonts w:ascii="Arial" w:hAnsi="Arial" w:cs="Arial"/>
                <w:sz w:val="18"/>
              </w:rPr>
              <w:t xml:space="preserve"> years will be deemed abandoned colors.</w:t>
            </w:r>
          </w:p>
        </w:tc>
      </w:tr>
    </w:tbl>
    <w:p w14:paraId="41D8888A" w14:textId="2363BEC8" w:rsidR="00CA3F78" w:rsidRPr="002F3ACB" w:rsidRDefault="00000000">
      <w:pPr>
        <w:spacing w:before="140"/>
        <w:rPr>
          <w:rFonts w:ascii="Arial" w:hAnsi="Arial" w:cs="Arial"/>
        </w:rPr>
      </w:pPr>
      <w:r w:rsidRPr="002F3ACB">
        <w:rPr>
          <w:rFonts w:ascii="Arial" w:hAnsi="Arial" w:cs="Arial"/>
          <w:b/>
          <w:color w:val="00528C"/>
          <w:sz w:val="22"/>
        </w:rPr>
        <w:t>SILKS DESCRIPTION</w:t>
      </w:r>
    </w:p>
    <w:tbl>
      <w:tblPr>
        <w:tblW w:w="0" w:type="auto"/>
        <w:jc w:val="center"/>
        <w:tblBorders>
          <w:top w:val="single" w:sz="6" w:space="0" w:color="9FB2BE"/>
          <w:left w:val="single" w:sz="6" w:space="0" w:color="9FB2BE"/>
          <w:bottom w:val="single" w:sz="6" w:space="0" w:color="9FB2BE"/>
          <w:right w:val="single" w:sz="6" w:space="0" w:color="9FB2BE"/>
          <w:insideH w:val="single" w:sz="6" w:space="0" w:color="9FB2BE"/>
          <w:insideV w:val="single" w:sz="6" w:space="0" w:color="9FB2BE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2F3ACB" w:rsidRPr="002F3ACB" w14:paraId="3E6B6B6A" w14:textId="77777777" w:rsidTr="002F3ACB">
        <w:trPr>
          <w:cantSplit/>
          <w:trHeight w:val="963"/>
          <w:jc w:val="center"/>
        </w:trPr>
        <w:tc>
          <w:tcPr>
            <w:tcW w:w="10656" w:type="dxa"/>
            <w:shd w:val="clear" w:color="auto" w:fill="EAF3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72A6659" w14:textId="12382DB2" w:rsidR="002F3ACB" w:rsidRPr="002F3ACB" w:rsidRDefault="002F3ACB">
            <w:pPr>
              <w:rPr>
                <w:rFonts w:ascii="Arial" w:hAnsi="Arial" w:cs="Arial"/>
              </w:rPr>
            </w:pPr>
            <w:r w:rsidRPr="002F3ACB">
              <w:rPr>
                <w:rFonts w:ascii="Arial" w:hAnsi="Arial" w:cs="Arial"/>
                <w:b/>
              </w:rPr>
              <w:t>Jacket:</w:t>
            </w:r>
          </w:p>
        </w:tc>
      </w:tr>
      <w:tr w:rsidR="002F3ACB" w:rsidRPr="002F3ACB" w14:paraId="387B2178" w14:textId="77777777" w:rsidTr="002F3ACB">
        <w:trPr>
          <w:cantSplit/>
          <w:trHeight w:val="846"/>
          <w:jc w:val="center"/>
        </w:trPr>
        <w:tc>
          <w:tcPr>
            <w:tcW w:w="10656" w:type="dxa"/>
            <w:shd w:val="clear" w:color="auto" w:fill="EAF3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A37501D" w14:textId="103DB3F9" w:rsidR="002F3ACB" w:rsidRPr="002F3ACB" w:rsidRDefault="002F3ACB">
            <w:pPr>
              <w:rPr>
                <w:rFonts w:ascii="Arial" w:hAnsi="Arial" w:cs="Arial"/>
              </w:rPr>
            </w:pPr>
            <w:r w:rsidRPr="002F3ACB">
              <w:rPr>
                <w:rFonts w:ascii="Arial" w:hAnsi="Arial" w:cs="Arial"/>
                <w:b/>
              </w:rPr>
              <w:t>Sleeves:</w:t>
            </w:r>
          </w:p>
        </w:tc>
      </w:tr>
      <w:tr w:rsidR="002F3ACB" w:rsidRPr="002F3ACB" w14:paraId="2A945370" w14:textId="77777777" w:rsidTr="002F3ACB">
        <w:trPr>
          <w:cantSplit/>
          <w:trHeight w:val="810"/>
          <w:jc w:val="center"/>
        </w:trPr>
        <w:tc>
          <w:tcPr>
            <w:tcW w:w="10656" w:type="dxa"/>
            <w:shd w:val="clear" w:color="auto" w:fill="EAF3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DAB6C7B" w14:textId="2A2E14AD" w:rsidR="002F3ACB" w:rsidRPr="002F3ACB" w:rsidRDefault="002F3ACB">
            <w:pPr>
              <w:rPr>
                <w:rFonts w:ascii="Arial" w:hAnsi="Arial" w:cs="Arial"/>
              </w:rPr>
            </w:pPr>
            <w:r w:rsidRPr="002F3ACB">
              <w:rPr>
                <w:rFonts w:ascii="Arial" w:hAnsi="Arial" w:cs="Arial"/>
                <w:b/>
              </w:rPr>
              <w:t>Cap:</w:t>
            </w:r>
          </w:p>
        </w:tc>
      </w:tr>
    </w:tbl>
    <w:p w14:paraId="0879D111" w14:textId="0D3299C6" w:rsidR="00CA3F78" w:rsidRPr="002F3ACB" w:rsidRDefault="00000000">
      <w:pPr>
        <w:spacing w:before="140"/>
        <w:rPr>
          <w:rFonts w:ascii="Arial" w:hAnsi="Arial" w:cs="Arial"/>
        </w:rPr>
      </w:pPr>
      <w:r w:rsidRPr="002F3ACB">
        <w:rPr>
          <w:rFonts w:ascii="Arial" w:hAnsi="Arial" w:cs="Arial"/>
          <w:b/>
          <w:color w:val="00528C"/>
          <w:sz w:val="22"/>
        </w:rPr>
        <w:t>REGISTRANT INFORMATION</w:t>
      </w:r>
    </w:p>
    <w:tbl>
      <w:tblPr>
        <w:tblW w:w="0" w:type="auto"/>
        <w:jc w:val="center"/>
        <w:tblBorders>
          <w:top w:val="single" w:sz="6" w:space="0" w:color="9FB2BE"/>
          <w:left w:val="single" w:sz="6" w:space="0" w:color="9FB2BE"/>
          <w:bottom w:val="single" w:sz="6" w:space="0" w:color="9FB2BE"/>
          <w:right w:val="single" w:sz="6" w:space="0" w:color="9FB2BE"/>
          <w:insideH w:val="single" w:sz="6" w:space="0" w:color="9FB2BE"/>
          <w:insideV w:val="single" w:sz="6" w:space="0" w:color="9FB2BE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CA3F78" w:rsidRPr="002F3ACB" w14:paraId="7284864B" w14:textId="77777777">
        <w:trPr>
          <w:cantSplit/>
          <w:jc w:val="center"/>
        </w:trPr>
        <w:tc>
          <w:tcPr>
            <w:tcW w:w="2664" w:type="dxa"/>
            <w:shd w:val="clear" w:color="auto" w:fill="EAF3F8"/>
            <w:tcMar>
              <w:top w:w="100" w:type="dxa"/>
              <w:left w:w="105" w:type="dxa"/>
              <w:bottom w:w="100" w:type="dxa"/>
              <w:right w:w="105" w:type="dxa"/>
            </w:tcMar>
            <w:vAlign w:val="center"/>
          </w:tcPr>
          <w:p w14:paraId="65176F5E" w14:textId="77777777" w:rsidR="00CA3F78" w:rsidRPr="002F3ACB" w:rsidRDefault="00000000">
            <w:pPr>
              <w:rPr>
                <w:rFonts w:ascii="Arial" w:hAnsi="Arial" w:cs="Arial"/>
              </w:rPr>
            </w:pPr>
            <w:r w:rsidRPr="002F3ACB">
              <w:rPr>
                <w:rFonts w:ascii="Arial" w:hAnsi="Arial" w:cs="Arial"/>
                <w:b/>
              </w:rPr>
              <w:t>Full Name (Not Initials):</w:t>
            </w:r>
          </w:p>
        </w:tc>
        <w:tc>
          <w:tcPr>
            <w:tcW w:w="7992" w:type="dxa"/>
            <w:gridSpan w:val="3"/>
            <w:tcMar>
              <w:top w:w="100" w:type="dxa"/>
              <w:left w:w="105" w:type="dxa"/>
              <w:bottom w:w="100" w:type="dxa"/>
              <w:right w:w="105" w:type="dxa"/>
            </w:tcMar>
            <w:vAlign w:val="center"/>
          </w:tcPr>
          <w:p w14:paraId="6A05A809" w14:textId="77777777" w:rsidR="00CA3F78" w:rsidRPr="002F3ACB" w:rsidRDefault="00CA3F78">
            <w:pPr>
              <w:rPr>
                <w:rFonts w:ascii="Arial" w:hAnsi="Arial" w:cs="Arial"/>
              </w:rPr>
            </w:pPr>
          </w:p>
          <w:p w14:paraId="5A39BBE3" w14:textId="77777777" w:rsidR="00CA3F78" w:rsidRPr="002F3ACB" w:rsidRDefault="00CA3F78">
            <w:pPr>
              <w:rPr>
                <w:rFonts w:ascii="Arial" w:hAnsi="Arial" w:cs="Arial"/>
              </w:rPr>
            </w:pPr>
          </w:p>
          <w:p w14:paraId="41C8F396" w14:textId="77777777" w:rsidR="00CA3F78" w:rsidRPr="002F3ACB" w:rsidRDefault="00CA3F78">
            <w:pPr>
              <w:rPr>
                <w:rFonts w:ascii="Arial" w:hAnsi="Arial" w:cs="Arial"/>
              </w:rPr>
            </w:pPr>
          </w:p>
        </w:tc>
      </w:tr>
      <w:tr w:rsidR="00CA3F78" w:rsidRPr="002F3ACB" w14:paraId="1A26AA1A" w14:textId="77777777">
        <w:trPr>
          <w:cantSplit/>
          <w:trHeight w:val="648"/>
          <w:jc w:val="center"/>
        </w:trPr>
        <w:tc>
          <w:tcPr>
            <w:tcW w:w="2664" w:type="dxa"/>
            <w:shd w:val="clear" w:color="auto" w:fill="EAF3F8"/>
            <w:tcMar>
              <w:top w:w="100" w:type="dxa"/>
              <w:left w:w="105" w:type="dxa"/>
              <w:bottom w:w="100" w:type="dxa"/>
              <w:right w:w="105" w:type="dxa"/>
            </w:tcMar>
            <w:vAlign w:val="center"/>
          </w:tcPr>
          <w:p w14:paraId="2AC7375E" w14:textId="77777777" w:rsidR="00CA3F78" w:rsidRPr="002F3ACB" w:rsidRDefault="00000000">
            <w:pPr>
              <w:rPr>
                <w:rFonts w:ascii="Arial" w:hAnsi="Arial" w:cs="Arial"/>
              </w:rPr>
            </w:pPr>
            <w:r w:rsidRPr="002F3ACB">
              <w:rPr>
                <w:rFonts w:ascii="Arial" w:hAnsi="Arial" w:cs="Arial"/>
                <w:b/>
              </w:rPr>
              <w:t>Permanent Address:</w:t>
            </w:r>
          </w:p>
        </w:tc>
        <w:tc>
          <w:tcPr>
            <w:tcW w:w="7992" w:type="dxa"/>
            <w:gridSpan w:val="3"/>
            <w:tcMar>
              <w:top w:w="100" w:type="dxa"/>
              <w:left w:w="105" w:type="dxa"/>
              <w:bottom w:w="100" w:type="dxa"/>
              <w:right w:w="105" w:type="dxa"/>
            </w:tcMar>
            <w:vAlign w:val="center"/>
          </w:tcPr>
          <w:p w14:paraId="72A3D3EC" w14:textId="77777777" w:rsidR="00CA3F78" w:rsidRPr="002F3ACB" w:rsidRDefault="00CA3F78">
            <w:pPr>
              <w:rPr>
                <w:rFonts w:ascii="Arial" w:hAnsi="Arial" w:cs="Arial"/>
              </w:rPr>
            </w:pPr>
          </w:p>
          <w:p w14:paraId="0D0B940D" w14:textId="77777777" w:rsidR="00CA3F78" w:rsidRPr="002F3ACB" w:rsidRDefault="00CA3F78">
            <w:pPr>
              <w:rPr>
                <w:rFonts w:ascii="Arial" w:hAnsi="Arial" w:cs="Arial"/>
              </w:rPr>
            </w:pPr>
          </w:p>
          <w:p w14:paraId="0E27B00A" w14:textId="77777777" w:rsidR="00CA3F78" w:rsidRPr="002F3ACB" w:rsidRDefault="00CA3F78">
            <w:pPr>
              <w:rPr>
                <w:rFonts w:ascii="Arial" w:hAnsi="Arial" w:cs="Arial"/>
              </w:rPr>
            </w:pPr>
          </w:p>
        </w:tc>
      </w:tr>
      <w:tr w:rsidR="00CA3F78" w:rsidRPr="002F3ACB" w14:paraId="113556BC" w14:textId="77777777">
        <w:trPr>
          <w:cantSplit/>
          <w:jc w:val="center"/>
        </w:trPr>
        <w:tc>
          <w:tcPr>
            <w:tcW w:w="2664" w:type="dxa"/>
            <w:shd w:val="clear" w:color="auto" w:fill="EAF3F8"/>
            <w:tcMar>
              <w:top w:w="100" w:type="dxa"/>
              <w:left w:w="105" w:type="dxa"/>
              <w:bottom w:w="100" w:type="dxa"/>
              <w:right w:w="105" w:type="dxa"/>
            </w:tcMar>
            <w:vAlign w:val="center"/>
          </w:tcPr>
          <w:p w14:paraId="081E19BE" w14:textId="77777777" w:rsidR="00CA3F78" w:rsidRPr="002F3ACB" w:rsidRDefault="00000000">
            <w:pPr>
              <w:rPr>
                <w:rFonts w:ascii="Arial" w:hAnsi="Arial" w:cs="Arial"/>
              </w:rPr>
            </w:pPr>
            <w:r w:rsidRPr="002F3ACB">
              <w:rPr>
                <w:rFonts w:ascii="Arial" w:hAnsi="Arial" w:cs="Arial"/>
                <w:b/>
              </w:rPr>
              <w:t>Home Phone:</w:t>
            </w:r>
          </w:p>
        </w:tc>
        <w:tc>
          <w:tcPr>
            <w:tcW w:w="2664" w:type="dxa"/>
            <w:tcMar>
              <w:top w:w="100" w:type="dxa"/>
              <w:left w:w="105" w:type="dxa"/>
              <w:bottom w:w="100" w:type="dxa"/>
              <w:right w:w="105" w:type="dxa"/>
            </w:tcMar>
            <w:vAlign w:val="center"/>
          </w:tcPr>
          <w:p w14:paraId="45FB0818" w14:textId="77777777" w:rsidR="00CA3F78" w:rsidRPr="002F3ACB" w:rsidRDefault="00CA3F78">
            <w:pPr>
              <w:rPr>
                <w:rFonts w:ascii="Arial" w:hAnsi="Arial" w:cs="Arial"/>
              </w:rPr>
            </w:pPr>
          </w:p>
        </w:tc>
        <w:tc>
          <w:tcPr>
            <w:tcW w:w="2664" w:type="dxa"/>
            <w:shd w:val="clear" w:color="auto" w:fill="EAF3F8"/>
            <w:tcMar>
              <w:top w:w="100" w:type="dxa"/>
              <w:left w:w="105" w:type="dxa"/>
              <w:bottom w:w="100" w:type="dxa"/>
              <w:right w:w="105" w:type="dxa"/>
            </w:tcMar>
            <w:vAlign w:val="center"/>
          </w:tcPr>
          <w:p w14:paraId="52642368" w14:textId="77777777" w:rsidR="00CA3F78" w:rsidRPr="002F3ACB" w:rsidRDefault="00000000">
            <w:pPr>
              <w:rPr>
                <w:rFonts w:ascii="Arial" w:hAnsi="Arial" w:cs="Arial"/>
              </w:rPr>
            </w:pPr>
            <w:r w:rsidRPr="002F3ACB">
              <w:rPr>
                <w:rFonts w:ascii="Arial" w:hAnsi="Arial" w:cs="Arial"/>
                <w:b/>
              </w:rPr>
              <w:t>Cell:</w:t>
            </w:r>
          </w:p>
        </w:tc>
        <w:tc>
          <w:tcPr>
            <w:tcW w:w="2664" w:type="dxa"/>
            <w:tcMar>
              <w:top w:w="100" w:type="dxa"/>
              <w:left w:w="105" w:type="dxa"/>
              <w:bottom w:w="100" w:type="dxa"/>
              <w:right w:w="105" w:type="dxa"/>
            </w:tcMar>
            <w:vAlign w:val="center"/>
          </w:tcPr>
          <w:p w14:paraId="049F31CB" w14:textId="77777777" w:rsidR="00CA3F78" w:rsidRPr="002F3ACB" w:rsidRDefault="00CA3F78">
            <w:pPr>
              <w:rPr>
                <w:rFonts w:ascii="Arial" w:hAnsi="Arial" w:cs="Arial"/>
              </w:rPr>
            </w:pPr>
          </w:p>
        </w:tc>
      </w:tr>
      <w:tr w:rsidR="00CA3F78" w:rsidRPr="002F3ACB" w14:paraId="084443D4" w14:textId="77777777">
        <w:trPr>
          <w:cantSplit/>
          <w:jc w:val="center"/>
        </w:trPr>
        <w:tc>
          <w:tcPr>
            <w:tcW w:w="2664" w:type="dxa"/>
            <w:shd w:val="clear" w:color="auto" w:fill="EAF3F8"/>
            <w:tcMar>
              <w:top w:w="100" w:type="dxa"/>
              <w:left w:w="105" w:type="dxa"/>
              <w:bottom w:w="100" w:type="dxa"/>
              <w:right w:w="105" w:type="dxa"/>
            </w:tcMar>
            <w:vAlign w:val="center"/>
          </w:tcPr>
          <w:p w14:paraId="1A3D61FB" w14:textId="77777777" w:rsidR="00CA3F78" w:rsidRPr="002F3ACB" w:rsidRDefault="00000000">
            <w:pPr>
              <w:rPr>
                <w:rFonts w:ascii="Arial" w:hAnsi="Arial" w:cs="Arial"/>
              </w:rPr>
            </w:pPr>
            <w:r w:rsidRPr="002F3ACB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7992" w:type="dxa"/>
            <w:gridSpan w:val="3"/>
            <w:tcMar>
              <w:top w:w="100" w:type="dxa"/>
              <w:left w:w="105" w:type="dxa"/>
              <w:bottom w:w="100" w:type="dxa"/>
              <w:right w:w="105" w:type="dxa"/>
            </w:tcMar>
            <w:vAlign w:val="center"/>
          </w:tcPr>
          <w:p w14:paraId="53128261" w14:textId="77777777" w:rsidR="00CA3F78" w:rsidRPr="002F3ACB" w:rsidRDefault="00CA3F78">
            <w:pPr>
              <w:rPr>
                <w:rFonts w:ascii="Arial" w:hAnsi="Arial" w:cs="Arial"/>
              </w:rPr>
            </w:pPr>
          </w:p>
          <w:p w14:paraId="62486C05" w14:textId="77777777" w:rsidR="00CA3F78" w:rsidRPr="002F3ACB" w:rsidRDefault="00CA3F78">
            <w:pPr>
              <w:rPr>
                <w:rFonts w:ascii="Arial" w:hAnsi="Arial" w:cs="Arial"/>
              </w:rPr>
            </w:pPr>
          </w:p>
          <w:p w14:paraId="4101652C" w14:textId="77777777" w:rsidR="00CA3F78" w:rsidRPr="002F3ACB" w:rsidRDefault="00CA3F78">
            <w:pPr>
              <w:rPr>
                <w:rFonts w:ascii="Arial" w:hAnsi="Arial" w:cs="Arial"/>
              </w:rPr>
            </w:pPr>
          </w:p>
        </w:tc>
      </w:tr>
    </w:tbl>
    <w:p w14:paraId="61AAA470" w14:textId="3C3C62B0" w:rsidR="00CA3F78" w:rsidRDefault="00CA3F78" w:rsidP="005138A4">
      <w:pPr>
        <w:spacing w:before="120"/>
        <w:jc w:val="center"/>
      </w:pPr>
    </w:p>
    <w:sectPr w:rsidR="00CA3F78" w:rsidSect="004C0E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77C024E"/>
    <w:multiLevelType w:val="multilevel"/>
    <w:tmpl w:val="248C8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8929168">
    <w:abstractNumId w:val="8"/>
  </w:num>
  <w:num w:numId="2" w16cid:durableId="1923025625">
    <w:abstractNumId w:val="6"/>
  </w:num>
  <w:num w:numId="3" w16cid:durableId="2056616248">
    <w:abstractNumId w:val="5"/>
  </w:num>
  <w:num w:numId="4" w16cid:durableId="834879023">
    <w:abstractNumId w:val="4"/>
  </w:num>
  <w:num w:numId="5" w16cid:durableId="1386760685">
    <w:abstractNumId w:val="7"/>
  </w:num>
  <w:num w:numId="6" w16cid:durableId="541598246">
    <w:abstractNumId w:val="3"/>
  </w:num>
  <w:num w:numId="7" w16cid:durableId="1510754523">
    <w:abstractNumId w:val="2"/>
  </w:num>
  <w:num w:numId="8" w16cid:durableId="410854661">
    <w:abstractNumId w:val="1"/>
  </w:num>
  <w:num w:numId="9" w16cid:durableId="1600023229">
    <w:abstractNumId w:val="0"/>
  </w:num>
  <w:num w:numId="10" w16cid:durableId="3204731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2DBB"/>
    <w:rsid w:val="00193DFC"/>
    <w:rsid w:val="001C7942"/>
    <w:rsid w:val="0029639D"/>
    <w:rsid w:val="002A3F25"/>
    <w:rsid w:val="002F3ACB"/>
    <w:rsid w:val="00326F90"/>
    <w:rsid w:val="003908F7"/>
    <w:rsid w:val="004717D9"/>
    <w:rsid w:val="004C0EA9"/>
    <w:rsid w:val="005138A4"/>
    <w:rsid w:val="00641201"/>
    <w:rsid w:val="007B2DD6"/>
    <w:rsid w:val="008B4CB0"/>
    <w:rsid w:val="009B1CC5"/>
    <w:rsid w:val="00AA1D8D"/>
    <w:rsid w:val="00AB0CF9"/>
    <w:rsid w:val="00B47730"/>
    <w:rsid w:val="00CA3F78"/>
    <w:rsid w:val="00CB0664"/>
    <w:rsid w:val="00E7143C"/>
    <w:rsid w:val="00F02834"/>
    <w:rsid w:val="00F40D9C"/>
    <w:rsid w:val="00FA2C94"/>
    <w:rsid w:val="00FC693F"/>
    <w:rsid w:val="014839A4"/>
    <w:rsid w:val="5105FD53"/>
    <w:rsid w:val="58CC8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C814914-2765-40A6-852E-B6DDEEB3B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012939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693</Characters>
  <Application>Microsoft Office Word</Application>
  <DocSecurity>0</DocSecurity>
  <Lines>5</Lines>
  <Paragraphs>1</Paragraphs>
  <ScaleCrop>false</ScaleCrop>
  <Manager/>
  <Company/>
  <LinksUpToDate>false</LinksUpToDate>
  <CharactersWithSpaces>813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Jockey Club Silks Registration Form</dc:title>
  <dc:subject/>
  <dc:creator>Luce, Shannon</dc:creator>
  <cp:keywords/>
  <dc:description>generated by python-docx</dc:description>
  <cp:lastModifiedBy>Robert MacLennan</cp:lastModifiedBy>
  <cp:revision>3</cp:revision>
  <dcterms:created xsi:type="dcterms:W3CDTF">2026-11-05T16:42:00Z</dcterms:created>
  <dcterms:modified xsi:type="dcterms:W3CDTF">2026-11-05T17:07:00Z</dcterms:modified>
  <cp:category/>
</cp:coreProperties>
</file>